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–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התאמה בין שם עצם לשם תואר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ביידוע (ה הידיעה) בצירופי שם עצם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ולכתוב משפטים עם התאמה דקדוקית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מעניין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טובות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החוק הבסיסי של התאמה דקדוקית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אין התאמה במין ובמספר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חובה התאמה במספר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עיר היא ביחיד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התואר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חומים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שם עצם לשם תואר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(ישן)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(ישנים)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(ישנות)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(אדום)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הילדים הגדולים משחקים בחצר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הילדה הקטנה קוראת ספר. הילדים הקטנים קוראים ספרים. הבית הגדול יפה מאוד.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שצריך התאמה במין, במספר וביידוע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נותן דוגמה נכונה עם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את צורת הרבים של שם התואר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להקריא את המשפטים בקול כדי לשמוע את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(match) לפני הכתיבה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התאמה דקדוקית – שם עצם ושם תואר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שם התואר חייב להתאים לשם העצם שהוא מתאר – במין (זכר/נקבה), במספר (יחיד/רבים) וביידוע. בדף הזה נתרגל את ההתאמה הזאת.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ילד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ילדות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חכמה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חכמות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ספר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מעניינים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מעניינות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עצים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דלת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פתוח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פתוחים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איחלנו להם שנים ___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חייב להתאים לשם עצם במין ובמספר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'ילדה גדולים'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שם העצם ברבים, גם שם התואר צריך להיות ברבים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'עיר' היא ברבים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התואר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ילדים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הגדול עומד ברחוב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הבנות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עץ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שולחנות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שם עצם לשם תואר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בתים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עצם ברבים ושם תואר מתאים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שלושה משפטים שבהם שם העצם ושם התואר מתאימים במין, במספר וביידוע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התאמה דקדוקית?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לשם עצם ושם תואר שמתאימים במין ובמספר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יחיד לרבים בשם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התאמה דקדוקית – שם עצם ושם תואר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