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ביידוע (ה הידיעה) בצירופי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ולכתוב משפטים עם התאמה דקדוקית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החוק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התאמה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הגדולים משחקים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התאמה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עם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צורת הרבים 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להקריא את המשפטים בקול כדי לשמוע את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(match)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שם התואר חייב להתאים לשם העצם שהוא מתאר – במין (זכר/נקבה), במספר (יחיד/רבים) וביידוע. בדף הזה נתרגל את ההתאמה הזאת.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טובים  ·  הטובות  ·  טובה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ילד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ילדות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ספר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מעניינים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'ילדה גדולים'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עצם ברבים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התאמה דקדוקית?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 ושם תואר שמתאימים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–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